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10F01" w14:textId="4F0F3B36" w:rsidR="0002769C" w:rsidRPr="0002769C" w:rsidRDefault="00CD4F15" w:rsidP="00EB42EA">
      <w:pPr>
        <w:jc w:val="center"/>
        <w:rPr>
          <w:b/>
          <w:sz w:val="36"/>
          <w:szCs w:val="44"/>
          <w:lang w:eastAsia="ja-JP"/>
        </w:rPr>
      </w:pPr>
      <w:r>
        <w:rPr>
          <w:b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597A20" wp14:editId="76D88A15">
                <wp:simplePos x="0" y="0"/>
                <wp:positionH relativeFrom="column">
                  <wp:posOffset>5150089</wp:posOffset>
                </wp:positionH>
                <wp:positionV relativeFrom="paragraph">
                  <wp:posOffset>7633</wp:posOffset>
                </wp:positionV>
                <wp:extent cx="1899920" cy="421005"/>
                <wp:effectExtent l="0" t="0" r="5080" b="0"/>
                <wp:wrapNone/>
                <wp:docPr id="2971189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9920" cy="4210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A53D98" w14:textId="69CFC673" w:rsidR="00040BDF" w:rsidRDefault="00040BDF">
                            <w:r>
                              <w:rPr>
                                <w:rFonts w:hint="eastAsia"/>
                                <w:b/>
                                <w:lang w:eastAsia="ja-JP"/>
                              </w:rPr>
                              <w:t>日付：　　年　　月　　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597A2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405.5pt;margin-top:.6pt;width:149.6pt;height:33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" fillcolor="white [3201]" stroked="f" strokeweight=".5pt">
                <v:textbox>
                  <w:txbxContent>
                    <w:p w14:paraId="1FA53D98" w14:textId="69CFC673" w:rsidR="00040BDF" w:rsidRDefault="00040BDF">
                      <w:r>
                        <w:rPr>
                          <w:rFonts w:hint="eastAsia"/>
                          <w:b/>
                          <w:lang w:eastAsia="ja-JP"/>
                        </w:rPr>
                        <w:t>日付：　　年　　月　　日</w:t>
                      </w:r>
                    </w:p>
                  </w:txbxContent>
                </v:textbox>
              </v:shape>
            </w:pict>
          </mc:Fallback>
        </mc:AlternateContent>
      </w:r>
      <w:r w:rsidR="0002769C" w:rsidRPr="0002769C">
        <w:rPr>
          <w:rFonts w:hint="eastAsia"/>
          <w:b/>
          <w:sz w:val="36"/>
          <w:szCs w:val="44"/>
          <w:lang w:eastAsia="ja-JP"/>
        </w:rPr>
        <w:t>CKD診療情報提供書</w:t>
      </w:r>
    </w:p>
    <w:p w14:paraId="64603609" w14:textId="77777777" w:rsidR="00CD4F15" w:rsidRPr="00CD4F15" w:rsidRDefault="00CD4F15">
      <w:pPr>
        <w:rPr>
          <w:b/>
          <w:sz w:val="2"/>
          <w:szCs w:val="2"/>
          <w:lang w:eastAsia="ja-JP"/>
        </w:rPr>
      </w:pPr>
    </w:p>
    <w:p w14:paraId="3B713A11" w14:textId="405BFAA7" w:rsidR="0002769C" w:rsidRDefault="00040BDF">
      <w:pPr>
        <w:rPr>
          <w:b/>
          <w:lang w:eastAsia="ja-JP"/>
        </w:rPr>
      </w:pPr>
      <w:r>
        <w:rPr>
          <w:rFonts w:hint="eastAsia"/>
          <w:b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8CE075" wp14:editId="1B7FFB3D">
                <wp:simplePos x="0" y="0"/>
                <wp:positionH relativeFrom="column">
                  <wp:posOffset>3750310</wp:posOffset>
                </wp:positionH>
                <wp:positionV relativeFrom="paragraph">
                  <wp:posOffset>11430</wp:posOffset>
                </wp:positionV>
                <wp:extent cx="3458210" cy="1423035"/>
                <wp:effectExtent l="0" t="0" r="8890" b="5715"/>
                <wp:wrapNone/>
                <wp:docPr id="214303934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8210" cy="1423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5971D9" w14:textId="36A9E149" w:rsidR="0002769C" w:rsidRDefault="00040BDF" w:rsidP="0002769C">
                            <w:pPr>
                              <w:rPr>
                                <w:b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lang w:eastAsia="ja-JP"/>
                              </w:rPr>
                              <w:t>【紹介元】</w:t>
                            </w:r>
                          </w:p>
                          <w:p w14:paraId="7AC99D2F" w14:textId="6D793BAD" w:rsidR="0002769C" w:rsidRDefault="0002769C" w:rsidP="0002769C">
                            <w:pPr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医療機関：＿＿＿＿＿＿＿＿＿＿＿＿＿＿＿＿＿＿＿</w:t>
                            </w:r>
                          </w:p>
                          <w:p w14:paraId="55FA9358" w14:textId="77777777" w:rsidR="0002769C" w:rsidRDefault="0002769C" w:rsidP="0002769C">
                            <w:pPr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診療科：＿＿＿＿＿＿＿＿＿＿＿＿＿＿＿＿＿＿＿＿</w:t>
                            </w:r>
                          </w:p>
                          <w:p w14:paraId="4C5F7A55" w14:textId="5EF34BDD" w:rsidR="0002769C" w:rsidRDefault="0002769C" w:rsidP="0002769C">
                            <w:pPr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担当医師：＿＿＿＿＿＿＿＿＿＿＿＿＿＿＿＿＿＿＿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CE075" id="テキスト ボックス 2" o:spid="_x0000_s1027" type="#_x0000_t202" style="position:absolute;margin-left:295.3pt;margin-top:.9pt;width:272.3pt;height:112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" fillcolor="white [3201]" stroked="f" strokeweight=".5pt">
                <v:textbox>
                  <w:txbxContent>
                    <w:p w14:paraId="125971D9" w14:textId="36A9E149" w:rsidR="0002769C" w:rsidRDefault="00040BDF" w:rsidP="0002769C">
                      <w:pPr>
                        <w:rPr>
                          <w:b/>
                          <w:lang w:eastAsia="ja-JP"/>
                        </w:rPr>
                      </w:pPr>
                      <w:r>
                        <w:rPr>
                          <w:rFonts w:hint="eastAsia"/>
                          <w:b/>
                          <w:lang w:eastAsia="ja-JP"/>
                        </w:rPr>
                        <w:t>【紹介元】</w:t>
                      </w:r>
                    </w:p>
                    <w:p w14:paraId="7AC99D2F" w14:textId="6D793BAD" w:rsidR="0002769C" w:rsidRDefault="0002769C" w:rsidP="0002769C">
                      <w:pPr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医療機関：＿＿＿＿＿＿＿＿＿＿＿＿＿＿＿＿＿＿＿</w:t>
                      </w:r>
                    </w:p>
                    <w:p w14:paraId="55FA9358" w14:textId="77777777" w:rsidR="0002769C" w:rsidRDefault="0002769C" w:rsidP="0002769C">
                      <w:pPr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診療科：＿＿＿＿＿＿＿＿＿＿＿＿＿＿＿＿＿＿＿＿</w:t>
                      </w:r>
                    </w:p>
                    <w:p w14:paraId="4C5F7A55" w14:textId="5EF34BDD" w:rsidR="0002769C" w:rsidRDefault="0002769C" w:rsidP="0002769C">
                      <w:pPr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担当医師：＿＿＿＿＿＿＿＿＿＿＿＿＿＿＿＿＿＿＿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lang w:eastAsia="ja-JP"/>
        </w:rPr>
        <w:t>【</w:t>
      </w:r>
      <w:r w:rsidR="0002769C">
        <w:rPr>
          <w:rFonts w:hint="eastAsia"/>
          <w:b/>
          <w:lang w:eastAsia="ja-JP"/>
        </w:rPr>
        <w:t>紹介先</w:t>
      </w:r>
      <w:r w:rsidR="00344494" w:rsidRPr="00344494">
        <w:rPr>
          <w:b/>
          <w:lang w:eastAsia="ja-JP"/>
        </w:rPr>
        <w:t>CKD専門病院</w:t>
      </w:r>
      <w:r>
        <w:rPr>
          <w:rFonts w:hint="eastAsia"/>
          <w:b/>
          <w:lang w:eastAsia="ja-JP"/>
        </w:rPr>
        <w:t>】</w:t>
      </w:r>
    </w:p>
    <w:p w14:paraId="3BBC3934" w14:textId="7D8FED89" w:rsidR="0002769C" w:rsidRPr="0002769C" w:rsidRDefault="00344494" w:rsidP="0002769C">
      <w:pPr>
        <w:ind w:firstLineChars="300" w:firstLine="602"/>
        <w:rPr>
          <w:b/>
          <w:lang w:eastAsia="ja-JP"/>
        </w:rPr>
      </w:pPr>
      <w:sdt>
        <w:sdtPr>
          <w:rPr>
            <w:b/>
            <w:lang w:eastAsia="ja-JP"/>
          </w:rPr>
          <w:id w:val="359628107"/>
          <w14:checkbox>
            <w14:checked w14:val="0"/>
            <w14:checkedState w14:val="00FE" w14:font="Wingdings"/>
            <w14:uncheckedState w14:val="2610" w14:font="ＭＳ ゴシック"/>
          </w14:checkbox>
        </w:sdtPr>
        <w:sdtContent>
          <w:r>
            <w:rPr>
              <w:rFonts w:hint="eastAsia"/>
              <w:b/>
              <w:lang w:eastAsia="ja-JP"/>
            </w:rPr>
            <w:t>☐</w:t>
          </w:r>
        </w:sdtContent>
      </w:sdt>
      <w:r w:rsidR="0002769C" w:rsidRPr="0002769C">
        <w:rPr>
          <w:rFonts w:hint="eastAsia"/>
          <w:b/>
          <w:lang w:eastAsia="ja-JP"/>
        </w:rPr>
        <w:t>春日部嬉泉病院</w:t>
      </w:r>
      <w:r w:rsidR="0002769C">
        <w:rPr>
          <w:rFonts w:hint="eastAsia"/>
          <w:b/>
          <w:lang w:eastAsia="ja-JP"/>
        </w:rPr>
        <w:t xml:space="preserve"> CKD外来</w:t>
      </w:r>
    </w:p>
    <w:p w14:paraId="32863CC5" w14:textId="69AC4EEA" w:rsidR="0002769C" w:rsidRPr="0002769C" w:rsidRDefault="00344494" w:rsidP="0002769C">
      <w:pPr>
        <w:ind w:firstLineChars="300" w:firstLine="602"/>
        <w:rPr>
          <w:b/>
          <w:lang w:eastAsia="ja-JP"/>
        </w:rPr>
      </w:pPr>
      <w:sdt>
        <w:sdtPr>
          <w:rPr>
            <w:b/>
            <w:lang w:eastAsia="ja-JP"/>
          </w:rPr>
          <w:id w:val="983511728"/>
          <w14:checkbox>
            <w14:checked w14:val="0"/>
            <w14:checkedState w14:val="00FE" w14:font="Wingdings"/>
            <w14:uncheckedState w14:val="2610" w14:font="ＭＳ ゴシック"/>
          </w14:checkbox>
        </w:sdtPr>
        <w:sdtContent>
          <w:r>
            <w:rPr>
              <w:rFonts w:hint="eastAsia"/>
              <w:b/>
              <w:lang w:eastAsia="ja-JP"/>
            </w:rPr>
            <w:t>☐</w:t>
          </w:r>
        </w:sdtContent>
      </w:sdt>
      <w:r w:rsidR="0002769C" w:rsidRPr="0002769C">
        <w:rPr>
          <w:rFonts w:hint="eastAsia"/>
          <w:b/>
          <w:lang w:eastAsia="ja-JP"/>
        </w:rPr>
        <w:t>秀和総合病院</w:t>
      </w:r>
      <w:r w:rsidR="0002769C">
        <w:rPr>
          <w:rFonts w:hint="eastAsia"/>
          <w:b/>
          <w:lang w:eastAsia="ja-JP"/>
        </w:rPr>
        <w:t xml:space="preserve"> CKD外来</w:t>
      </w:r>
    </w:p>
    <w:p w14:paraId="1658986C" w14:textId="30443B24" w:rsidR="0002769C" w:rsidRPr="0002769C" w:rsidRDefault="00344494" w:rsidP="0002769C">
      <w:pPr>
        <w:ind w:firstLineChars="300" w:firstLine="602"/>
        <w:rPr>
          <w:b/>
          <w:lang w:eastAsia="ja-JP"/>
        </w:rPr>
      </w:pPr>
      <w:sdt>
        <w:sdtPr>
          <w:rPr>
            <w:b/>
            <w:lang w:eastAsia="ja-JP"/>
          </w:rPr>
          <w:id w:val="-77906155"/>
          <w14:checkbox>
            <w14:checked w14:val="0"/>
            <w14:checkedState w14:val="00FE" w14:font="Wingdings"/>
            <w14:uncheckedState w14:val="2610" w14:font="ＭＳ ゴシック"/>
          </w14:checkbox>
        </w:sdtPr>
        <w:sdtContent>
          <w:r>
            <w:rPr>
              <w:rFonts w:hint="eastAsia"/>
              <w:b/>
              <w:lang w:eastAsia="ja-JP"/>
            </w:rPr>
            <w:t>☐</w:t>
          </w:r>
        </w:sdtContent>
      </w:sdt>
      <w:r w:rsidR="0002769C">
        <w:rPr>
          <w:rFonts w:hint="eastAsia"/>
          <w:b/>
          <w:lang w:eastAsia="ja-JP"/>
        </w:rPr>
        <w:t>その他（　　　　　　　　　）</w:t>
      </w:r>
    </w:p>
    <w:p w14:paraId="6060005B" w14:textId="148386BB" w:rsidR="0002769C" w:rsidRPr="00040BDF" w:rsidRDefault="0002769C" w:rsidP="00040BDF">
      <w:pPr>
        <w:ind w:firstLineChars="400" w:firstLine="803"/>
        <w:rPr>
          <w:b/>
          <w:u w:val="single"/>
          <w:lang w:eastAsia="ja-JP"/>
        </w:rPr>
      </w:pPr>
      <w:r w:rsidRPr="0002769C">
        <w:rPr>
          <w:rFonts w:hint="eastAsia"/>
          <w:b/>
          <w:u w:val="single"/>
          <w:lang w:eastAsia="ja-JP"/>
        </w:rPr>
        <w:t xml:space="preserve">　　　担当　　　　　　　　　先生</w:t>
      </w:r>
    </w:p>
    <w:p w14:paraId="31EDE53A" w14:textId="13EEE68C" w:rsidR="00DA6C6F" w:rsidRDefault="00040BDF">
      <w:pPr>
        <w:rPr>
          <w:b/>
          <w:lang w:eastAsia="ja-JP"/>
        </w:rPr>
      </w:pPr>
      <w:r>
        <w:rPr>
          <w:rFonts w:hint="eastAsia"/>
          <w:b/>
          <w:lang w:eastAsia="ja-JP"/>
        </w:rPr>
        <w:t>【患者情報】</w:t>
      </w:r>
    </w:p>
    <w:p w14:paraId="7A5913FF" w14:textId="79B1E144" w:rsidR="00235484" w:rsidRDefault="00000000" w:rsidP="00040BDF">
      <w:pPr>
        <w:ind w:firstLineChars="100" w:firstLine="201"/>
        <w:rPr>
          <w:lang w:eastAsia="ja-JP"/>
        </w:rPr>
      </w:pPr>
      <w:proofErr w:type="spellStart"/>
      <w:r>
        <w:rPr>
          <w:b/>
        </w:rPr>
        <w:t>患者氏名</w:t>
      </w:r>
      <w:proofErr w:type="spellEnd"/>
      <w:r>
        <w:rPr>
          <w:b/>
        </w:rPr>
        <w:t>：</w:t>
      </w:r>
      <w:r>
        <w:t>＿＿＿＿＿＿＿＿＿＿＿＿＿＿＿＿</w:t>
      </w:r>
      <w:r w:rsidR="00CD4F15">
        <w:rPr>
          <w:rFonts w:hint="eastAsia"/>
          <w:lang w:eastAsia="ja-JP"/>
        </w:rPr>
        <w:t xml:space="preserve">　　</w:t>
      </w:r>
      <w:proofErr w:type="spellStart"/>
      <w:r>
        <w:rPr>
          <w:b/>
        </w:rPr>
        <w:t>生年月日</w:t>
      </w:r>
      <w:proofErr w:type="spellEnd"/>
      <w:r>
        <w:rPr>
          <w:b/>
        </w:rPr>
        <w:t>：</w:t>
      </w:r>
      <w:r>
        <w:t>＿＿＿年＿＿月＿＿日　＿＿歳</w:t>
      </w:r>
      <w:r w:rsidR="00CD4F15">
        <w:rPr>
          <w:rFonts w:hint="eastAsia"/>
          <w:lang w:eastAsia="ja-JP"/>
        </w:rPr>
        <w:t xml:space="preserve">　　</w:t>
      </w:r>
      <w:r>
        <w:rPr>
          <w:b/>
          <w:lang w:eastAsia="ja-JP"/>
        </w:rPr>
        <w:t>性別：</w:t>
      </w:r>
      <w:sdt>
        <w:sdtPr>
          <w:rPr>
            <w:b/>
            <w:lang w:eastAsia="ja-JP"/>
          </w:rPr>
          <w:id w:val="-818956462"/>
          <w14:checkbox>
            <w14:checked w14:val="0"/>
            <w14:checkedState w14:val="00FE" w14:font="Wingdings"/>
            <w14:uncheckedState w14:val="2610" w14:font="ＭＳ ゴシック"/>
          </w14:checkbox>
        </w:sdtPr>
        <w:sdtContent>
          <w:r w:rsidR="00A144E5">
            <w:rPr>
              <w:rFonts w:hint="eastAsia"/>
              <w:b/>
              <w:lang w:eastAsia="ja-JP"/>
            </w:rPr>
            <w:t>☐</w:t>
          </w:r>
        </w:sdtContent>
      </w:sdt>
      <w:r>
        <w:rPr>
          <w:lang w:eastAsia="ja-JP"/>
        </w:rPr>
        <w:t xml:space="preserve">男　</w:t>
      </w:r>
      <w:sdt>
        <w:sdtPr>
          <w:rPr>
            <w:b/>
            <w:lang w:eastAsia="ja-JP"/>
          </w:rPr>
          <w:id w:val="-191696727"/>
          <w14:checkbox>
            <w14:checked w14:val="0"/>
            <w14:checkedState w14:val="00FE" w14:font="Wingdings"/>
            <w14:uncheckedState w14:val="2610" w14:font="ＭＳ ゴシック"/>
          </w14:checkbox>
        </w:sdtPr>
        <w:sdtContent>
          <w:r w:rsidR="00A144E5">
            <w:rPr>
              <w:rFonts w:hint="eastAsia"/>
              <w:b/>
              <w:lang w:eastAsia="ja-JP"/>
            </w:rPr>
            <w:t>☐</w:t>
          </w:r>
        </w:sdtContent>
      </w:sdt>
      <w:r>
        <w:rPr>
          <w:lang w:eastAsia="ja-JP"/>
        </w:rPr>
        <w:t xml:space="preserve"> 女</w:t>
      </w:r>
    </w:p>
    <w:p w14:paraId="64E5D44C" w14:textId="77777777" w:rsidR="00040BDF" w:rsidRPr="00EB42EA" w:rsidRDefault="00040BDF" w:rsidP="00040BDF">
      <w:pPr>
        <w:ind w:firstLineChars="100" w:firstLine="20"/>
        <w:rPr>
          <w:sz w:val="2"/>
          <w:szCs w:val="6"/>
          <w:lang w:eastAsia="ja-JP"/>
        </w:rPr>
      </w:pPr>
    </w:p>
    <w:p w14:paraId="056F6BA0" w14:textId="05FEA398" w:rsidR="00DA6C6F" w:rsidRPr="00CD4F15" w:rsidRDefault="00CD4F15">
      <w:pPr>
        <w:rPr>
          <w:b/>
          <w:szCs w:val="14"/>
          <w:lang w:eastAsia="ja-JP"/>
        </w:rPr>
      </w:pPr>
      <w:r>
        <w:rPr>
          <w:rFonts w:hint="eastAsia"/>
          <w:b/>
          <w:szCs w:val="14"/>
          <w:lang w:eastAsia="ja-JP"/>
        </w:rPr>
        <w:t>【</w:t>
      </w:r>
      <w:r w:rsidR="00000000" w:rsidRPr="00CD4F15">
        <w:rPr>
          <w:b/>
          <w:szCs w:val="14"/>
          <w:lang w:eastAsia="ja-JP"/>
        </w:rPr>
        <w:t>該当する紹介基準</w:t>
      </w:r>
      <w:r>
        <w:rPr>
          <w:rFonts w:hint="eastAsia"/>
          <w:b/>
          <w:szCs w:val="14"/>
          <w:lang w:eastAsia="ja-JP"/>
        </w:rPr>
        <w:t>】</w:t>
      </w:r>
    </w:p>
    <w:p w14:paraId="421DBE75" w14:textId="079E643B" w:rsidR="00DA6C6F" w:rsidRPr="00344494" w:rsidRDefault="00DA6C6F" w:rsidP="00344494">
      <w:pPr>
        <w:ind w:firstLineChars="100" w:firstLine="200"/>
        <w:rPr>
          <w:rFonts w:hint="eastAsia"/>
          <w:lang w:eastAsia="ja-JP"/>
        </w:rPr>
      </w:pPr>
      <w:r>
        <w:rPr>
          <w:rFonts w:hint="eastAsia"/>
          <w:lang w:eastAsia="ja-JP"/>
        </w:rPr>
        <w:t>診察時に患者が下記の（</w:t>
      </w:r>
      <w:r>
        <w:rPr>
          <w:lang w:eastAsia="ja-JP"/>
        </w:rPr>
        <w:t>1）または（2）のいずれかの状態である場合</w:t>
      </w:r>
      <w:r w:rsidR="00344494">
        <w:rPr>
          <w:rFonts w:hint="eastAsia"/>
          <w:lang w:eastAsia="ja-JP"/>
        </w:rPr>
        <w:t>（該当するものにチェックを入れてください）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419"/>
        <w:gridCol w:w="850"/>
        <w:gridCol w:w="4517"/>
      </w:tblGrid>
      <w:tr w:rsidR="00235484" w14:paraId="111F9D55" w14:textId="77777777" w:rsidTr="00344494">
        <w:trPr>
          <w:trHeight w:val="2194"/>
          <w:jc w:val="center"/>
        </w:trPr>
        <w:tc>
          <w:tcPr>
            <w:tcW w:w="441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0D25342" w14:textId="77777777" w:rsidR="00237A1A" w:rsidRPr="00237A1A" w:rsidRDefault="00237A1A" w:rsidP="00237A1A">
            <w:pPr>
              <w:rPr>
                <w:sz w:val="2"/>
                <w:szCs w:val="4"/>
                <w:lang w:eastAsia="ja-JP"/>
              </w:rPr>
            </w:pPr>
          </w:p>
          <w:p w14:paraId="07ACD262" w14:textId="14D6B512" w:rsidR="00DA6C6F" w:rsidRPr="00241CA3" w:rsidRDefault="00DA6C6F" w:rsidP="00237A1A">
            <w:pPr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（1）下記の①～②のいずれかに該当</w:t>
            </w:r>
          </w:p>
          <w:p w14:paraId="0C0FA331" w14:textId="79346163" w:rsidR="00DA6C6F" w:rsidRDefault="00A144E5" w:rsidP="00237A1A">
            <w:pPr>
              <w:ind w:firstLineChars="100" w:firstLine="201"/>
              <w:rPr>
                <w:lang w:eastAsia="ja-JP"/>
              </w:rPr>
            </w:pPr>
            <w:sdt>
              <w:sdtPr>
                <w:rPr>
                  <w:b/>
                  <w:lang w:eastAsia="ja-JP"/>
                </w:rPr>
                <w:id w:val="-448773943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="00344494">
                  <w:rPr>
                    <w:rFonts w:hint="eastAsia"/>
                    <w:b/>
                    <w:lang w:eastAsia="ja-JP"/>
                  </w:rPr>
                  <w:t>☐</w:t>
                </w:r>
              </w:sdtContent>
            </w:sdt>
            <w:r w:rsidR="00DA6C6F">
              <w:rPr>
                <w:rFonts w:hint="eastAsia"/>
                <w:lang w:eastAsia="ja-JP"/>
              </w:rPr>
              <w:t>①クレアチニン≧2.0</w:t>
            </w:r>
          </w:p>
          <w:p w14:paraId="4EF43B02" w14:textId="2550D6A8" w:rsidR="00DA6C6F" w:rsidRDefault="00A144E5" w:rsidP="00237A1A">
            <w:pPr>
              <w:ind w:firstLineChars="100" w:firstLine="201"/>
              <w:rPr>
                <w:lang w:eastAsia="ja-JP"/>
              </w:rPr>
            </w:pPr>
            <w:sdt>
              <w:sdtPr>
                <w:rPr>
                  <w:b/>
                  <w:lang w:eastAsia="ja-JP"/>
                </w:rPr>
                <w:id w:val="-136012073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>
                  <w:rPr>
                    <w:rFonts w:hint="eastAsia"/>
                    <w:b/>
                    <w:lang w:eastAsia="ja-JP"/>
                  </w:rPr>
                  <w:t>☐</w:t>
                </w:r>
              </w:sdtContent>
            </w:sdt>
            <w:r w:rsidR="00DA6C6F">
              <w:rPr>
                <w:rFonts w:hint="eastAsia"/>
                <w:lang w:eastAsia="ja-JP"/>
              </w:rPr>
              <w:t>②e-GFR≦30</w:t>
            </w:r>
          </w:p>
          <w:p w14:paraId="17E205EC" w14:textId="602900D7" w:rsidR="00235484" w:rsidRDefault="00A144E5" w:rsidP="00237A1A">
            <w:pPr>
              <w:ind w:firstLineChars="100" w:firstLine="201"/>
              <w:rPr>
                <w:lang w:eastAsia="ja-JP"/>
              </w:rPr>
            </w:pPr>
            <w:sdt>
              <w:sdtPr>
                <w:rPr>
                  <w:b/>
                  <w:lang w:eastAsia="ja-JP"/>
                </w:rPr>
                <w:id w:val="138513479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>
                  <w:rPr>
                    <w:rFonts w:hint="eastAsia"/>
                    <w:b/>
                    <w:lang w:eastAsia="ja-JP"/>
                  </w:rPr>
                  <w:t>☐</w:t>
                </w:r>
              </w:sdtContent>
            </w:sdt>
            <w:r w:rsidR="00DA6C6F">
              <w:rPr>
                <w:rFonts w:hint="eastAsia"/>
                <w:lang w:eastAsia="ja-JP"/>
              </w:rPr>
              <w:t>③</w:t>
            </w:r>
            <w:r w:rsidR="00344494">
              <w:rPr>
                <w:rFonts w:hint="eastAsia"/>
                <w:lang w:eastAsia="ja-JP"/>
              </w:rPr>
              <w:t>医師</w:t>
            </w:r>
            <w:r w:rsidR="00DA6C6F">
              <w:rPr>
                <w:rFonts w:hint="eastAsia"/>
                <w:lang w:eastAsia="ja-JP"/>
              </w:rPr>
              <w:t>会員の先生が迷った場合</w:t>
            </w:r>
          </w:p>
        </w:tc>
        <w:tc>
          <w:tcPr>
            <w:tcW w:w="850" w:type="dxa"/>
          </w:tcPr>
          <w:p w14:paraId="5509F29E" w14:textId="77777777" w:rsidR="00235484" w:rsidRPr="00EB42EA" w:rsidRDefault="00000000">
            <w:pPr>
              <w:jc w:val="center"/>
              <w:rPr>
                <w:b/>
                <w:bCs/>
              </w:rPr>
            </w:pPr>
            <w:r>
              <w:rPr>
                <w:lang w:eastAsia="ja-JP"/>
              </w:rPr>
              <w:br/>
            </w:r>
            <w:r>
              <w:rPr>
                <w:lang w:eastAsia="ja-JP"/>
              </w:rPr>
              <w:br/>
            </w:r>
            <w:proofErr w:type="spellStart"/>
            <w:r w:rsidRPr="00EB42EA">
              <w:rPr>
                <w:b/>
                <w:bCs/>
              </w:rPr>
              <w:t>または</w:t>
            </w:r>
            <w:proofErr w:type="spellEnd"/>
          </w:p>
        </w:tc>
        <w:tc>
          <w:tcPr>
            <w:tcW w:w="451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0CBD6B5" w14:textId="77777777" w:rsidR="00237A1A" w:rsidRPr="00237A1A" w:rsidRDefault="00237A1A" w:rsidP="00237A1A">
            <w:pPr>
              <w:rPr>
                <w:sz w:val="2"/>
                <w:szCs w:val="4"/>
                <w:lang w:eastAsia="ja-JP"/>
              </w:rPr>
            </w:pPr>
          </w:p>
          <w:p w14:paraId="4E3FCEBD" w14:textId="0BED2585" w:rsidR="00DA6C6F" w:rsidRPr="00241CA3" w:rsidRDefault="00DA6C6F" w:rsidP="00DA6C6F">
            <w:pPr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（2）下記の①～②のいずれかに該当</w:t>
            </w:r>
          </w:p>
          <w:p w14:paraId="00EAF684" w14:textId="2B56FC63" w:rsidR="00DA6C6F" w:rsidRDefault="00A144E5" w:rsidP="00DA6C6F">
            <w:pPr>
              <w:ind w:firstLineChars="100" w:firstLine="201"/>
              <w:rPr>
                <w:lang w:eastAsia="ja-JP"/>
              </w:rPr>
            </w:pPr>
            <w:sdt>
              <w:sdtPr>
                <w:rPr>
                  <w:b/>
                  <w:lang w:eastAsia="ja-JP"/>
                </w:rPr>
                <w:id w:val="-89751022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>
                  <w:rPr>
                    <w:rFonts w:hint="eastAsia"/>
                    <w:b/>
                    <w:lang w:eastAsia="ja-JP"/>
                  </w:rPr>
                  <w:t>☐</w:t>
                </w:r>
              </w:sdtContent>
            </w:sdt>
            <w:r w:rsidR="00DA6C6F">
              <w:rPr>
                <w:rFonts w:hint="eastAsia"/>
                <w:lang w:eastAsia="ja-JP"/>
              </w:rPr>
              <w:t>①クレアチニン≧4.0</w:t>
            </w:r>
          </w:p>
          <w:p w14:paraId="50FFCEDD" w14:textId="6514C3D5" w:rsidR="00DA6C6F" w:rsidRDefault="00A144E5" w:rsidP="00DA6C6F">
            <w:pPr>
              <w:ind w:firstLineChars="100" w:firstLine="201"/>
              <w:rPr>
                <w:lang w:eastAsia="ja-JP"/>
              </w:rPr>
            </w:pPr>
            <w:sdt>
              <w:sdtPr>
                <w:rPr>
                  <w:b/>
                  <w:lang w:eastAsia="ja-JP"/>
                </w:rPr>
                <w:id w:val="-204304203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>
                  <w:rPr>
                    <w:rFonts w:hint="eastAsia"/>
                    <w:b/>
                    <w:lang w:eastAsia="ja-JP"/>
                  </w:rPr>
                  <w:t>☐</w:t>
                </w:r>
              </w:sdtContent>
            </w:sdt>
            <w:r w:rsidR="00DA6C6F">
              <w:rPr>
                <w:rFonts w:hint="eastAsia"/>
                <w:lang w:eastAsia="ja-JP"/>
              </w:rPr>
              <w:t>②e-GFR≦15</w:t>
            </w:r>
          </w:p>
          <w:p w14:paraId="79AD86F7" w14:textId="5A8F14E7" w:rsidR="00235484" w:rsidRPr="00DA6C6F" w:rsidRDefault="00A144E5" w:rsidP="00DA6C6F">
            <w:pPr>
              <w:ind w:firstLineChars="100" w:firstLine="201"/>
              <w:rPr>
                <w:lang w:eastAsia="ja-JP"/>
              </w:rPr>
            </w:pPr>
            <w:sdt>
              <w:sdtPr>
                <w:rPr>
                  <w:b/>
                  <w:lang w:eastAsia="ja-JP"/>
                </w:rPr>
                <w:id w:val="-78311334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>
                  <w:rPr>
                    <w:rFonts w:hint="eastAsia"/>
                    <w:b/>
                    <w:lang w:eastAsia="ja-JP"/>
                  </w:rPr>
                  <w:t>☐</w:t>
                </w:r>
              </w:sdtContent>
            </w:sdt>
            <w:r w:rsidR="00DA6C6F">
              <w:rPr>
                <w:rFonts w:hint="eastAsia"/>
                <w:lang w:eastAsia="ja-JP"/>
              </w:rPr>
              <w:t>③浮腫み、呼吸困難などの症状が強い場合</w:t>
            </w:r>
          </w:p>
        </w:tc>
      </w:tr>
    </w:tbl>
    <w:p w14:paraId="141B1B8D" w14:textId="7F6B0372" w:rsidR="00344494" w:rsidRPr="00344494" w:rsidRDefault="00EB42EA" w:rsidP="00EB42EA">
      <w:pPr>
        <w:ind w:firstLineChars="400" w:firstLine="720"/>
        <w:rPr>
          <w:rFonts w:hint="eastAsia"/>
          <w:sz w:val="18"/>
          <w:szCs w:val="21"/>
          <w:lang w:eastAsia="ja-JP"/>
        </w:rPr>
      </w:pPr>
      <w:r>
        <w:rPr>
          <w:rFonts w:hint="eastAsia"/>
          <w:sz w:val="18"/>
          <w:szCs w:val="21"/>
          <w:lang w:eastAsia="ja-JP"/>
        </w:rPr>
        <w:t>※</w:t>
      </w:r>
      <w:r w:rsidR="00344494" w:rsidRPr="00344494">
        <w:rPr>
          <w:rFonts w:hint="eastAsia"/>
          <w:sz w:val="18"/>
          <w:szCs w:val="21"/>
          <w:lang w:eastAsia="ja-JP"/>
        </w:rPr>
        <w:t>（</w:t>
      </w:r>
      <w:r w:rsidR="00344494" w:rsidRPr="00344494">
        <w:rPr>
          <w:sz w:val="18"/>
          <w:szCs w:val="21"/>
          <w:lang w:eastAsia="ja-JP"/>
        </w:rPr>
        <w:t>1）に該当</w:t>
      </w:r>
      <w:r w:rsidR="00344494" w:rsidRPr="00344494">
        <w:rPr>
          <w:rFonts w:hint="eastAsia"/>
          <w:sz w:val="18"/>
          <w:szCs w:val="21"/>
          <w:lang w:eastAsia="ja-JP"/>
        </w:rPr>
        <w:t>➡</w:t>
      </w:r>
      <w:r w:rsidR="00344494" w:rsidRPr="00344494">
        <w:rPr>
          <w:sz w:val="18"/>
          <w:szCs w:val="21"/>
          <w:lang w:eastAsia="ja-JP"/>
        </w:rPr>
        <w:t>併診とし、かかりつけ医は変更しない。</w:t>
      </w:r>
      <w:r w:rsidR="00344494">
        <w:rPr>
          <w:rFonts w:hint="eastAsia"/>
          <w:sz w:val="18"/>
          <w:szCs w:val="21"/>
          <w:lang w:eastAsia="ja-JP"/>
        </w:rPr>
        <w:t xml:space="preserve">　　　　</w:t>
      </w:r>
      <w:r>
        <w:rPr>
          <w:rFonts w:hint="eastAsia"/>
          <w:sz w:val="18"/>
          <w:szCs w:val="21"/>
          <w:lang w:eastAsia="ja-JP"/>
        </w:rPr>
        <w:t>※</w:t>
      </w:r>
      <w:r w:rsidR="00344494" w:rsidRPr="00344494">
        <w:rPr>
          <w:rFonts w:hint="eastAsia"/>
          <w:sz w:val="18"/>
          <w:szCs w:val="21"/>
          <w:lang w:eastAsia="ja-JP"/>
        </w:rPr>
        <w:t>（</w:t>
      </w:r>
      <w:r w:rsidR="00344494" w:rsidRPr="00344494">
        <w:rPr>
          <w:sz w:val="18"/>
          <w:szCs w:val="21"/>
          <w:lang w:eastAsia="ja-JP"/>
        </w:rPr>
        <w:t>2）に該当</w:t>
      </w:r>
      <w:r w:rsidR="00344494" w:rsidRPr="00344494">
        <w:rPr>
          <w:rFonts w:hint="eastAsia"/>
          <w:sz w:val="18"/>
          <w:szCs w:val="21"/>
          <w:lang w:eastAsia="ja-JP"/>
        </w:rPr>
        <w:t>➡</w:t>
      </w:r>
      <w:r w:rsidR="00344494" w:rsidRPr="00344494">
        <w:rPr>
          <w:sz w:val="18"/>
          <w:szCs w:val="21"/>
          <w:lang w:eastAsia="ja-JP"/>
        </w:rPr>
        <w:t>かかりつけ医は</w:t>
      </w:r>
      <w:r w:rsidR="00344494" w:rsidRPr="00344494">
        <w:rPr>
          <w:rFonts w:hint="eastAsia"/>
          <w:sz w:val="18"/>
          <w:szCs w:val="21"/>
          <w:lang w:eastAsia="ja-JP"/>
        </w:rPr>
        <w:t>CKD専門病院</w:t>
      </w:r>
      <w:r w:rsidR="00344494" w:rsidRPr="00344494">
        <w:rPr>
          <w:sz w:val="18"/>
          <w:szCs w:val="21"/>
          <w:lang w:eastAsia="ja-JP"/>
        </w:rPr>
        <w:t>へ変更とする。</w:t>
      </w:r>
    </w:p>
    <w:p w14:paraId="34052B63" w14:textId="77777777" w:rsidR="00EB42EA" w:rsidRPr="00EB42EA" w:rsidRDefault="00EB42EA">
      <w:pPr>
        <w:rPr>
          <w:b/>
          <w:sz w:val="2"/>
          <w:szCs w:val="6"/>
          <w:lang w:eastAsia="ja-JP"/>
        </w:rPr>
      </w:pPr>
    </w:p>
    <w:p w14:paraId="24C1F499" w14:textId="47702340" w:rsidR="00235484" w:rsidRPr="00344494" w:rsidRDefault="00344494">
      <w:pPr>
        <w:rPr>
          <w:iCs/>
          <w:lang w:eastAsia="ja-JP"/>
        </w:rPr>
      </w:pPr>
      <w:r>
        <w:rPr>
          <w:rFonts w:hint="eastAsia"/>
          <w:b/>
          <w:lang w:eastAsia="ja-JP"/>
        </w:rPr>
        <w:t>【</w:t>
      </w:r>
      <w:r w:rsidR="00000000">
        <w:rPr>
          <w:b/>
          <w:lang w:eastAsia="ja-JP"/>
        </w:rPr>
        <w:t>検査所見</w:t>
      </w:r>
      <w:r>
        <w:rPr>
          <w:rFonts w:hint="eastAsia"/>
          <w:b/>
          <w:lang w:eastAsia="ja-JP"/>
        </w:rPr>
        <w:t>】</w:t>
      </w:r>
      <w:r w:rsidR="00000000" w:rsidRPr="00344494">
        <w:rPr>
          <w:iCs/>
          <w:lang w:eastAsia="ja-JP"/>
        </w:rPr>
        <w:t>（検査結果用紙のコピーを添付頂けますと幸いです）</w:t>
      </w:r>
    </w:p>
    <w:tbl>
      <w:tblPr>
        <w:tblStyle w:val="afe"/>
        <w:tblW w:w="0" w:type="auto"/>
        <w:jc w:val="center"/>
        <w:tblLook w:val="04A0" w:firstRow="1" w:lastRow="0" w:firstColumn="1" w:lastColumn="0" w:noHBand="0" w:noVBand="1"/>
      </w:tblPr>
      <w:tblGrid>
        <w:gridCol w:w="3959"/>
        <w:gridCol w:w="3959"/>
      </w:tblGrid>
      <w:tr w:rsidR="00344494" w14:paraId="261BC529" w14:textId="77777777" w:rsidTr="00EB42EA">
        <w:trPr>
          <w:trHeight w:val="739"/>
          <w:jc w:val="center"/>
        </w:trPr>
        <w:tc>
          <w:tcPr>
            <w:tcW w:w="3959" w:type="dxa"/>
            <w:vAlign w:val="center"/>
          </w:tcPr>
          <w:p w14:paraId="3FD14582" w14:textId="5E9A23B3" w:rsidR="00344494" w:rsidRDefault="00344494" w:rsidP="00040BDF">
            <w:pPr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クレアチニン値（　　　　　　　　）</w:t>
            </w:r>
          </w:p>
        </w:tc>
        <w:tc>
          <w:tcPr>
            <w:tcW w:w="3959" w:type="dxa"/>
            <w:vAlign w:val="center"/>
          </w:tcPr>
          <w:p w14:paraId="57F753FE" w14:textId="2075A654" w:rsidR="00344494" w:rsidRDefault="00344494" w:rsidP="00040BDF">
            <w:r>
              <w:t>eGFR</w:t>
            </w:r>
            <w:r w:rsidR="00EB42EA">
              <w:rPr>
                <w:rFonts w:hint="eastAsia"/>
                <w:lang w:eastAsia="ja-JP"/>
              </w:rPr>
              <w:t>（　　　　　　　　）</w:t>
            </w:r>
            <w:r>
              <w:t>ml/分/1.73㎡</w:t>
            </w:r>
          </w:p>
        </w:tc>
      </w:tr>
    </w:tbl>
    <w:p w14:paraId="624B04EA" w14:textId="77777777" w:rsidR="00EB42EA" w:rsidRPr="00EB42EA" w:rsidRDefault="00EB42EA">
      <w:pPr>
        <w:rPr>
          <w:sz w:val="4"/>
          <w:szCs w:val="8"/>
          <w:lang w:eastAsia="ja-JP"/>
        </w:rPr>
      </w:pPr>
    </w:p>
    <w:p w14:paraId="5C9F162C" w14:textId="4A20AAF3" w:rsidR="00040BDF" w:rsidRPr="00040BDF" w:rsidRDefault="00344494">
      <w:pPr>
        <w:rPr>
          <w:lang w:eastAsia="ja-JP"/>
        </w:rPr>
      </w:pPr>
      <w:r>
        <w:rPr>
          <w:rFonts w:hint="eastAsia"/>
          <w:lang w:eastAsia="ja-JP"/>
        </w:rPr>
        <w:t>【</w:t>
      </w:r>
      <w:r w:rsidR="00040BDF">
        <w:rPr>
          <w:rFonts w:hint="eastAsia"/>
          <w:b/>
          <w:lang w:eastAsia="ja-JP"/>
        </w:rPr>
        <w:t>症状</w:t>
      </w:r>
      <w:r>
        <w:rPr>
          <w:rFonts w:hint="eastAsia"/>
          <w:b/>
          <w:lang w:eastAsia="ja-JP"/>
        </w:rPr>
        <w:t>】</w:t>
      </w:r>
      <w:r w:rsidR="00040BDF">
        <w:rPr>
          <w:rFonts w:hint="eastAsia"/>
          <w:b/>
          <w:lang w:eastAsia="ja-JP"/>
        </w:rPr>
        <w:t xml:space="preserve">　</w:t>
      </w:r>
      <w:sdt>
        <w:sdtPr>
          <w:rPr>
            <w:b/>
            <w:lang w:eastAsia="ja-JP"/>
          </w:rPr>
          <w:id w:val="-511225092"/>
          <w14:checkbox>
            <w14:checked w14:val="0"/>
            <w14:checkedState w14:val="00FE" w14:font="Wingdings"/>
            <w14:uncheckedState w14:val="2610" w14:font="ＭＳ ゴシック"/>
          </w14:checkbox>
        </w:sdtPr>
        <w:sdtContent>
          <w:r>
            <w:rPr>
              <w:rFonts w:hint="eastAsia"/>
              <w:b/>
              <w:lang w:eastAsia="ja-JP"/>
            </w:rPr>
            <w:t>☐</w:t>
          </w:r>
        </w:sdtContent>
      </w:sdt>
      <w:r w:rsidR="00040BDF">
        <w:rPr>
          <w:lang w:eastAsia="ja-JP"/>
        </w:rPr>
        <w:t xml:space="preserve"> </w:t>
      </w:r>
      <w:r w:rsidR="00040BDF">
        <w:rPr>
          <w:rFonts w:hint="eastAsia"/>
          <w:lang w:eastAsia="ja-JP"/>
        </w:rPr>
        <w:t>浮腫み</w:t>
      </w:r>
      <w:r w:rsidR="00040BDF">
        <w:rPr>
          <w:lang w:eastAsia="ja-JP"/>
        </w:rPr>
        <w:t xml:space="preserve">　</w:t>
      </w:r>
      <w:sdt>
        <w:sdtPr>
          <w:rPr>
            <w:b/>
            <w:lang w:eastAsia="ja-JP"/>
          </w:rPr>
          <w:id w:val="998316595"/>
          <w14:checkbox>
            <w14:checked w14:val="0"/>
            <w14:checkedState w14:val="00FE" w14:font="Wingdings"/>
            <w14:uncheckedState w14:val="2610" w14:font="ＭＳ ゴシック"/>
          </w14:checkbox>
        </w:sdtPr>
        <w:sdtContent>
          <w:r>
            <w:rPr>
              <w:rFonts w:hint="eastAsia"/>
              <w:b/>
              <w:lang w:eastAsia="ja-JP"/>
            </w:rPr>
            <w:t>☐</w:t>
          </w:r>
        </w:sdtContent>
      </w:sdt>
      <w:r w:rsidR="00040BDF">
        <w:rPr>
          <w:lang w:eastAsia="ja-JP"/>
        </w:rPr>
        <w:t xml:space="preserve"> </w:t>
      </w:r>
      <w:r w:rsidR="00040BDF">
        <w:rPr>
          <w:rFonts w:hint="eastAsia"/>
          <w:lang w:eastAsia="ja-JP"/>
        </w:rPr>
        <w:t>呼吸困難</w:t>
      </w:r>
      <w:r w:rsidR="00040BDF">
        <w:rPr>
          <w:lang w:eastAsia="ja-JP"/>
        </w:rPr>
        <w:t xml:space="preserve">　</w:t>
      </w:r>
      <w:r w:rsidRPr="00344494">
        <w:rPr>
          <w:b/>
          <w:lang w:eastAsia="ja-JP"/>
        </w:rPr>
        <w:t xml:space="preserve"> </w:t>
      </w:r>
      <w:sdt>
        <w:sdtPr>
          <w:rPr>
            <w:b/>
            <w:lang w:eastAsia="ja-JP"/>
          </w:rPr>
          <w:id w:val="-1738091133"/>
          <w14:checkbox>
            <w14:checked w14:val="0"/>
            <w14:checkedState w14:val="00FE" w14:font="Wingdings"/>
            <w14:uncheckedState w14:val="2610" w14:font="ＭＳ ゴシック"/>
          </w14:checkbox>
        </w:sdtPr>
        <w:sdtContent>
          <w:r>
            <w:rPr>
              <w:rFonts w:hint="eastAsia"/>
              <w:b/>
              <w:lang w:eastAsia="ja-JP"/>
            </w:rPr>
            <w:t>☐</w:t>
          </w:r>
        </w:sdtContent>
      </w:sdt>
      <w:r w:rsidR="00040BDF">
        <w:rPr>
          <w:lang w:eastAsia="ja-JP"/>
        </w:rPr>
        <w:t>その他（　　　　　　　　　　　　　　　）</w:t>
      </w:r>
    </w:p>
    <w:p w14:paraId="472C0BEB" w14:textId="4C022F33" w:rsidR="00235484" w:rsidRDefault="00344494">
      <w:pPr>
        <w:rPr>
          <w:lang w:eastAsia="ja-JP"/>
        </w:rPr>
      </w:pPr>
      <w:r>
        <w:rPr>
          <w:rFonts w:hint="eastAsia"/>
          <w:b/>
          <w:lang w:eastAsia="ja-JP"/>
        </w:rPr>
        <w:t>【</w:t>
      </w:r>
      <w:r w:rsidR="00000000">
        <w:rPr>
          <w:b/>
          <w:lang w:eastAsia="ja-JP"/>
        </w:rPr>
        <w:t>病歴</w:t>
      </w:r>
      <w:r>
        <w:rPr>
          <w:rFonts w:hint="eastAsia"/>
          <w:b/>
          <w:lang w:eastAsia="ja-JP"/>
        </w:rPr>
        <w:t>】</w:t>
      </w:r>
      <w:r w:rsidR="00040BDF">
        <w:rPr>
          <w:rFonts w:hint="eastAsia"/>
          <w:b/>
          <w:lang w:eastAsia="ja-JP"/>
        </w:rPr>
        <w:t xml:space="preserve">　</w:t>
      </w:r>
      <w:sdt>
        <w:sdtPr>
          <w:rPr>
            <w:b/>
            <w:lang w:eastAsia="ja-JP"/>
          </w:rPr>
          <w:id w:val="1249308645"/>
          <w14:checkbox>
            <w14:checked w14:val="0"/>
            <w14:checkedState w14:val="00FE" w14:font="Wingdings"/>
            <w14:uncheckedState w14:val="2610" w14:font="ＭＳ ゴシック"/>
          </w14:checkbox>
        </w:sdtPr>
        <w:sdtContent>
          <w:r>
            <w:rPr>
              <w:rFonts w:hint="eastAsia"/>
              <w:b/>
              <w:lang w:eastAsia="ja-JP"/>
            </w:rPr>
            <w:t>☐</w:t>
          </w:r>
        </w:sdtContent>
      </w:sdt>
      <w:r w:rsidR="00000000">
        <w:rPr>
          <w:lang w:eastAsia="ja-JP"/>
        </w:rPr>
        <w:t xml:space="preserve"> 糖尿病　</w:t>
      </w:r>
      <w:sdt>
        <w:sdtPr>
          <w:rPr>
            <w:b/>
            <w:lang w:eastAsia="ja-JP"/>
          </w:rPr>
          <w:id w:val="1773127209"/>
          <w14:checkbox>
            <w14:checked w14:val="0"/>
            <w14:checkedState w14:val="00FE" w14:font="Wingdings"/>
            <w14:uncheckedState w14:val="2610" w14:font="ＭＳ ゴシック"/>
          </w14:checkbox>
        </w:sdtPr>
        <w:sdtContent>
          <w:r>
            <w:rPr>
              <w:rFonts w:hint="eastAsia"/>
              <w:b/>
              <w:lang w:eastAsia="ja-JP"/>
            </w:rPr>
            <w:t>☐</w:t>
          </w:r>
        </w:sdtContent>
      </w:sdt>
      <w:r w:rsidR="00000000">
        <w:rPr>
          <w:lang w:eastAsia="ja-JP"/>
        </w:rPr>
        <w:t xml:space="preserve"> 高血圧　</w:t>
      </w:r>
      <w:sdt>
        <w:sdtPr>
          <w:rPr>
            <w:b/>
            <w:lang w:eastAsia="ja-JP"/>
          </w:rPr>
          <w:id w:val="-763310396"/>
          <w14:checkbox>
            <w14:checked w14:val="0"/>
            <w14:checkedState w14:val="00FE" w14:font="Wingdings"/>
            <w14:uncheckedState w14:val="2610" w14:font="ＭＳ ゴシック"/>
          </w14:checkbox>
        </w:sdtPr>
        <w:sdtContent>
          <w:r>
            <w:rPr>
              <w:rFonts w:hint="eastAsia"/>
              <w:b/>
              <w:lang w:eastAsia="ja-JP"/>
            </w:rPr>
            <w:t>☐</w:t>
          </w:r>
        </w:sdtContent>
      </w:sdt>
      <w:r w:rsidR="00000000">
        <w:rPr>
          <w:lang w:eastAsia="ja-JP"/>
        </w:rPr>
        <w:t xml:space="preserve"> その他（　　　　　　　　　　　　　　　）</w:t>
      </w:r>
    </w:p>
    <w:p w14:paraId="7FD201D2" w14:textId="16639FCE" w:rsidR="00235484" w:rsidRDefault="00344494">
      <w:pPr>
        <w:rPr>
          <w:lang w:eastAsia="ja-JP"/>
        </w:rPr>
      </w:pPr>
      <w:r>
        <w:rPr>
          <w:rFonts w:hint="eastAsia"/>
          <w:b/>
          <w:lang w:eastAsia="ja-JP"/>
        </w:rPr>
        <w:t>【</w:t>
      </w:r>
      <w:r w:rsidR="00000000">
        <w:rPr>
          <w:b/>
          <w:lang w:eastAsia="ja-JP"/>
        </w:rPr>
        <w:t>処方内容</w:t>
      </w:r>
      <w:r>
        <w:rPr>
          <w:rFonts w:hint="eastAsia"/>
          <w:b/>
          <w:lang w:eastAsia="ja-JP"/>
        </w:rPr>
        <w:t>】</w:t>
      </w:r>
      <w:r w:rsidR="00000000">
        <w:rPr>
          <w:lang w:eastAsia="ja-JP"/>
        </w:rPr>
        <w:t>（お薬手帳</w:t>
      </w:r>
      <w:r w:rsidR="00DA6C6F">
        <w:rPr>
          <w:rFonts w:hint="eastAsia"/>
          <w:lang w:eastAsia="ja-JP"/>
        </w:rPr>
        <w:t>をご持参</w:t>
      </w:r>
      <w:r>
        <w:rPr>
          <w:rFonts w:hint="eastAsia"/>
          <w:lang w:eastAsia="ja-JP"/>
        </w:rPr>
        <w:t>いただけるよう患者さんにお伝え</w:t>
      </w:r>
      <w:r w:rsidR="00DA6C6F">
        <w:rPr>
          <w:rFonts w:hint="eastAsia"/>
          <w:lang w:eastAsia="ja-JP"/>
        </w:rPr>
        <w:t>ください</w:t>
      </w:r>
      <w:r w:rsidR="00000000">
        <w:rPr>
          <w:lang w:eastAsia="ja-JP"/>
        </w:rPr>
        <w:t>）</w:t>
      </w:r>
    </w:p>
    <w:p w14:paraId="2F37007D" w14:textId="0A7ED3B5" w:rsidR="00235484" w:rsidRDefault="00344494">
      <w:pPr>
        <w:rPr>
          <w:lang w:eastAsia="ja-JP"/>
        </w:rPr>
      </w:pPr>
      <w:r>
        <w:rPr>
          <w:rFonts w:hint="eastAsia"/>
          <w:b/>
          <w:lang w:eastAsia="ja-JP"/>
        </w:rPr>
        <w:t>【</w:t>
      </w:r>
      <w:r w:rsidR="00DA6C6F" w:rsidRPr="00DA6C6F">
        <w:rPr>
          <w:b/>
          <w:lang w:eastAsia="ja-JP"/>
        </w:rPr>
        <w:t>専門的診療の後に症状が安定している場合</w:t>
      </w:r>
      <w:r w:rsidR="00DA6C6F">
        <w:rPr>
          <w:rFonts w:hint="eastAsia"/>
          <w:b/>
          <w:lang w:eastAsia="ja-JP"/>
        </w:rPr>
        <w:t>の</w:t>
      </w:r>
      <w:r w:rsidR="00DA6C6F" w:rsidRPr="00DA6C6F">
        <w:rPr>
          <w:b/>
          <w:lang w:eastAsia="ja-JP"/>
        </w:rPr>
        <w:t>逆紹介</w:t>
      </w:r>
      <w:r w:rsidR="00DA6C6F">
        <w:rPr>
          <w:rFonts w:hint="eastAsia"/>
          <w:b/>
          <w:lang w:eastAsia="ja-JP"/>
        </w:rPr>
        <w:t>ご</w:t>
      </w:r>
      <w:r w:rsidR="00DA6C6F" w:rsidRPr="00DA6C6F">
        <w:rPr>
          <w:b/>
          <w:lang w:eastAsia="ja-JP"/>
        </w:rPr>
        <w:t>希望の有無</w:t>
      </w:r>
      <w:r>
        <w:rPr>
          <w:rFonts w:hint="eastAsia"/>
          <w:b/>
          <w:lang w:eastAsia="ja-JP"/>
        </w:rPr>
        <w:t>】</w:t>
      </w:r>
      <w:r w:rsidR="00040BDF">
        <w:rPr>
          <w:rFonts w:hint="eastAsia"/>
          <w:b/>
          <w:lang w:eastAsia="ja-JP"/>
        </w:rPr>
        <w:t xml:space="preserve">　</w:t>
      </w:r>
      <w:sdt>
        <w:sdtPr>
          <w:rPr>
            <w:b/>
            <w:lang w:eastAsia="ja-JP"/>
          </w:rPr>
          <w:id w:val="-90699158"/>
          <w14:checkbox>
            <w14:checked w14:val="0"/>
            <w14:checkedState w14:val="00FE" w14:font="Wingdings"/>
            <w14:uncheckedState w14:val="2610" w14:font="ＭＳ ゴシック"/>
          </w14:checkbox>
        </w:sdtPr>
        <w:sdtContent>
          <w:r w:rsidR="00EB42EA">
            <w:rPr>
              <w:rFonts w:hint="eastAsia"/>
              <w:b/>
              <w:lang w:eastAsia="ja-JP"/>
            </w:rPr>
            <w:t>☐</w:t>
          </w:r>
        </w:sdtContent>
      </w:sdt>
      <w:r w:rsidR="00DA6C6F">
        <w:rPr>
          <w:lang w:eastAsia="ja-JP"/>
        </w:rPr>
        <w:t xml:space="preserve"> </w:t>
      </w:r>
      <w:r w:rsidR="00DA6C6F">
        <w:rPr>
          <w:rFonts w:hint="eastAsia"/>
          <w:lang w:eastAsia="ja-JP"/>
        </w:rPr>
        <w:t>希望あり</w:t>
      </w:r>
      <w:r w:rsidR="00DA6C6F">
        <w:rPr>
          <w:lang w:eastAsia="ja-JP"/>
        </w:rPr>
        <w:t xml:space="preserve">　</w:t>
      </w:r>
      <w:sdt>
        <w:sdtPr>
          <w:rPr>
            <w:b/>
            <w:lang w:eastAsia="ja-JP"/>
          </w:rPr>
          <w:id w:val="-1000115269"/>
          <w14:checkbox>
            <w14:checked w14:val="0"/>
            <w14:checkedState w14:val="00FE" w14:font="Wingdings"/>
            <w14:uncheckedState w14:val="2610" w14:font="ＭＳ ゴシック"/>
          </w14:checkbox>
        </w:sdtPr>
        <w:sdtContent>
          <w:r w:rsidR="00EB42EA">
            <w:rPr>
              <w:rFonts w:hint="eastAsia"/>
              <w:b/>
              <w:lang w:eastAsia="ja-JP"/>
            </w:rPr>
            <w:t>☐</w:t>
          </w:r>
        </w:sdtContent>
      </w:sdt>
      <w:r w:rsidR="00DA6C6F">
        <w:rPr>
          <w:lang w:eastAsia="ja-JP"/>
        </w:rPr>
        <w:t xml:space="preserve"> </w:t>
      </w:r>
      <w:r w:rsidR="00DA6C6F">
        <w:rPr>
          <w:rFonts w:hint="eastAsia"/>
          <w:lang w:eastAsia="ja-JP"/>
        </w:rPr>
        <w:t>希望なし</w:t>
      </w:r>
    </w:p>
    <w:p w14:paraId="348D5544" w14:textId="34BEB52C" w:rsidR="00EB42EA" w:rsidRDefault="00EB42EA">
      <w:pPr>
        <w:rPr>
          <w:b/>
          <w:bCs/>
          <w:lang w:eastAsia="ja-JP"/>
        </w:rPr>
      </w:pPr>
      <w:r w:rsidRPr="00EB42EA">
        <w:rPr>
          <w:rFonts w:hint="eastAsia"/>
          <w:b/>
          <w:bCs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392663" wp14:editId="13541ED5">
                <wp:simplePos x="0" y="0"/>
                <wp:positionH relativeFrom="column">
                  <wp:posOffset>290554</wp:posOffset>
                </wp:positionH>
                <wp:positionV relativeFrom="paragraph">
                  <wp:posOffset>224349</wp:posOffset>
                </wp:positionV>
                <wp:extent cx="6570921" cy="1552353"/>
                <wp:effectExtent l="0" t="0" r="20955" b="10160"/>
                <wp:wrapNone/>
                <wp:docPr id="288198884" name="四角形: 角を丸くする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0921" cy="1552353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F08ED7" w14:textId="11890B3F" w:rsidR="00EB42EA" w:rsidRDefault="00EB42EA" w:rsidP="00EB42EA">
                            <w:pPr>
                              <w:rPr>
                                <w:rFonts w:hint="eastAsia"/>
                                <w:lang w:eastAsia="ja-JP"/>
                              </w:rPr>
                            </w:pPr>
                          </w:p>
                          <w:p w14:paraId="5F8F8392" w14:textId="77777777" w:rsidR="00EB42EA" w:rsidRDefault="00EB42EA" w:rsidP="00EB42EA">
                            <w:pPr>
                              <w:rPr>
                                <w:lang w:eastAsia="ja-JP"/>
                              </w:rPr>
                            </w:pPr>
                          </w:p>
                          <w:p w14:paraId="563EE17D" w14:textId="77777777" w:rsidR="00EB42EA" w:rsidRDefault="00EB42EA" w:rsidP="00EB42EA">
                            <w:pPr>
                              <w:rPr>
                                <w:lang w:eastAsia="ja-JP"/>
                              </w:rPr>
                            </w:pPr>
                          </w:p>
                          <w:p w14:paraId="27741B12" w14:textId="77777777" w:rsidR="00EB42EA" w:rsidRDefault="00EB42EA" w:rsidP="00EB42EA">
                            <w:pPr>
                              <w:rPr>
                                <w:lang w:eastAsia="ja-JP"/>
                              </w:rPr>
                            </w:pPr>
                          </w:p>
                          <w:p w14:paraId="63D745B4" w14:textId="77777777" w:rsidR="00EB42EA" w:rsidRDefault="00EB42EA" w:rsidP="00EB42EA">
                            <w:pPr>
                              <w:rPr>
                                <w:rFonts w:hint="eastAsia"/>
                                <w:lang w:eastAsia="ja-JP"/>
                              </w:rPr>
                            </w:pPr>
                          </w:p>
                          <w:p w14:paraId="143A1A14" w14:textId="77777777" w:rsidR="00EB42EA" w:rsidRDefault="00EB42EA" w:rsidP="00EB42EA">
                            <w:pPr>
                              <w:rPr>
                                <w:lang w:eastAsia="ja-JP"/>
                              </w:rPr>
                            </w:pPr>
                          </w:p>
                          <w:p w14:paraId="737DA325" w14:textId="77777777" w:rsidR="00EB42EA" w:rsidRDefault="00EB42EA" w:rsidP="00EB42EA">
                            <w:pPr>
                              <w:rPr>
                                <w:rFonts w:hint="eastAsia"/>
                                <w:lang w:eastAsia="ja-JP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3392663" id="四角形: 角を丸くする 4" o:spid="_x0000_s1028" style="position:absolute;margin-left:22.9pt;margin-top:17.65pt;width:517.4pt;height:122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" fillcolor="white [3201]" strokecolor="black [3200]" strokeweight="2pt">
                <v:textbox>
                  <w:txbxContent>
                    <w:p w14:paraId="51F08ED7" w14:textId="11890B3F" w:rsidR="00EB42EA" w:rsidRDefault="00EB42EA" w:rsidP="00EB42EA">
                      <w:pPr>
                        <w:rPr>
                          <w:rFonts w:hint="eastAsia"/>
                          <w:lang w:eastAsia="ja-JP"/>
                        </w:rPr>
                      </w:pPr>
                    </w:p>
                    <w:p w14:paraId="5F8F8392" w14:textId="77777777" w:rsidR="00EB42EA" w:rsidRDefault="00EB42EA" w:rsidP="00EB42EA">
                      <w:pPr>
                        <w:rPr>
                          <w:lang w:eastAsia="ja-JP"/>
                        </w:rPr>
                      </w:pPr>
                    </w:p>
                    <w:p w14:paraId="563EE17D" w14:textId="77777777" w:rsidR="00EB42EA" w:rsidRDefault="00EB42EA" w:rsidP="00EB42EA">
                      <w:pPr>
                        <w:rPr>
                          <w:lang w:eastAsia="ja-JP"/>
                        </w:rPr>
                      </w:pPr>
                    </w:p>
                    <w:p w14:paraId="27741B12" w14:textId="77777777" w:rsidR="00EB42EA" w:rsidRDefault="00EB42EA" w:rsidP="00EB42EA">
                      <w:pPr>
                        <w:rPr>
                          <w:lang w:eastAsia="ja-JP"/>
                        </w:rPr>
                      </w:pPr>
                    </w:p>
                    <w:p w14:paraId="63D745B4" w14:textId="77777777" w:rsidR="00EB42EA" w:rsidRDefault="00EB42EA" w:rsidP="00EB42EA">
                      <w:pPr>
                        <w:rPr>
                          <w:rFonts w:hint="eastAsia"/>
                          <w:lang w:eastAsia="ja-JP"/>
                        </w:rPr>
                      </w:pPr>
                    </w:p>
                    <w:p w14:paraId="143A1A14" w14:textId="77777777" w:rsidR="00EB42EA" w:rsidRDefault="00EB42EA" w:rsidP="00EB42EA">
                      <w:pPr>
                        <w:rPr>
                          <w:lang w:eastAsia="ja-JP"/>
                        </w:rPr>
                      </w:pPr>
                    </w:p>
                    <w:p w14:paraId="737DA325" w14:textId="77777777" w:rsidR="00EB42EA" w:rsidRDefault="00EB42EA" w:rsidP="00EB42EA">
                      <w:pPr>
                        <w:rPr>
                          <w:rFonts w:hint="eastAsia"/>
                          <w:lang w:eastAsia="ja-JP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EB42EA">
        <w:rPr>
          <w:rFonts w:hint="eastAsia"/>
          <w:b/>
          <w:bCs/>
          <w:lang w:eastAsia="ja-JP"/>
        </w:rPr>
        <w:t>【備考欄】</w:t>
      </w:r>
    </w:p>
    <w:p w14:paraId="4D54D29D" w14:textId="77777777" w:rsidR="00EB42EA" w:rsidRDefault="00EB42EA">
      <w:pPr>
        <w:rPr>
          <w:b/>
          <w:bCs/>
          <w:lang w:eastAsia="ja-JP"/>
        </w:rPr>
      </w:pPr>
    </w:p>
    <w:p w14:paraId="69D77265" w14:textId="77777777" w:rsidR="00EB42EA" w:rsidRDefault="00EB42EA">
      <w:pPr>
        <w:rPr>
          <w:b/>
          <w:bCs/>
          <w:lang w:eastAsia="ja-JP"/>
        </w:rPr>
      </w:pPr>
    </w:p>
    <w:p w14:paraId="56BDB645" w14:textId="77777777" w:rsidR="00EB42EA" w:rsidRDefault="00EB42EA">
      <w:pPr>
        <w:rPr>
          <w:b/>
          <w:bCs/>
          <w:lang w:eastAsia="ja-JP"/>
        </w:rPr>
      </w:pPr>
    </w:p>
    <w:p w14:paraId="690B42F1" w14:textId="77777777" w:rsidR="00EB42EA" w:rsidRPr="00EB42EA" w:rsidRDefault="00EB42EA">
      <w:pPr>
        <w:rPr>
          <w:rFonts w:hint="eastAsia"/>
          <w:b/>
          <w:bCs/>
          <w:lang w:eastAsia="ja-JP"/>
        </w:rPr>
      </w:pPr>
    </w:p>
    <w:sectPr w:rsidR="00EB42EA" w:rsidRPr="00EB42EA" w:rsidSect="00034616">
      <w:pgSz w:w="12240" w:h="15840"/>
      <w:pgMar w:top="454" w:right="567" w:bottom="45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C7583" w14:textId="77777777" w:rsidR="00100499" w:rsidRDefault="00100499" w:rsidP="001D1DCA">
      <w:pPr>
        <w:spacing w:after="0" w:line="240" w:lineRule="auto"/>
      </w:pPr>
      <w:r>
        <w:separator/>
      </w:r>
    </w:p>
  </w:endnote>
  <w:endnote w:type="continuationSeparator" w:id="0">
    <w:p w14:paraId="20E7D476" w14:textId="77777777" w:rsidR="00100499" w:rsidRDefault="00100499" w:rsidP="001D1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5A588" w14:textId="77777777" w:rsidR="00100499" w:rsidRDefault="00100499" w:rsidP="001D1DCA">
      <w:pPr>
        <w:spacing w:after="0" w:line="240" w:lineRule="auto"/>
      </w:pPr>
      <w:r>
        <w:separator/>
      </w:r>
    </w:p>
  </w:footnote>
  <w:footnote w:type="continuationSeparator" w:id="0">
    <w:p w14:paraId="0F65FA1C" w14:textId="77777777" w:rsidR="00100499" w:rsidRDefault="00100499" w:rsidP="001D1D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65116570">
    <w:abstractNumId w:val="8"/>
  </w:num>
  <w:num w:numId="2" w16cid:durableId="867527368">
    <w:abstractNumId w:val="6"/>
  </w:num>
  <w:num w:numId="3" w16cid:durableId="296029093">
    <w:abstractNumId w:val="5"/>
  </w:num>
  <w:num w:numId="4" w16cid:durableId="1875314672">
    <w:abstractNumId w:val="4"/>
  </w:num>
  <w:num w:numId="5" w16cid:durableId="1163813137">
    <w:abstractNumId w:val="7"/>
  </w:num>
  <w:num w:numId="6" w16cid:durableId="769544816">
    <w:abstractNumId w:val="3"/>
  </w:num>
  <w:num w:numId="7" w16cid:durableId="910190809">
    <w:abstractNumId w:val="2"/>
  </w:num>
  <w:num w:numId="8" w16cid:durableId="437721851">
    <w:abstractNumId w:val="1"/>
  </w:num>
  <w:num w:numId="9" w16cid:durableId="1844735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769C"/>
    <w:rsid w:val="00034616"/>
    <w:rsid w:val="00040BDF"/>
    <w:rsid w:val="0006063C"/>
    <w:rsid w:val="00100499"/>
    <w:rsid w:val="0015074B"/>
    <w:rsid w:val="001D1DCA"/>
    <w:rsid w:val="00235484"/>
    <w:rsid w:val="00237A1A"/>
    <w:rsid w:val="0029639D"/>
    <w:rsid w:val="00297E3D"/>
    <w:rsid w:val="00326F90"/>
    <w:rsid w:val="00344494"/>
    <w:rsid w:val="006C6EA7"/>
    <w:rsid w:val="00705676"/>
    <w:rsid w:val="00737B25"/>
    <w:rsid w:val="007F480A"/>
    <w:rsid w:val="00A144E5"/>
    <w:rsid w:val="00AA1D8D"/>
    <w:rsid w:val="00B47730"/>
    <w:rsid w:val="00CA5713"/>
    <w:rsid w:val="00CB0664"/>
    <w:rsid w:val="00CD4F15"/>
    <w:rsid w:val="00DA6C6F"/>
    <w:rsid w:val="00EB42E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0C2206E"/>
  <w14:defaultImageDpi w14:val="330"/>
  <w15:docId w15:val="{5116293C-4583-4706-885A-F0E3BC90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ＭＳ ゴシック" w:eastAsia="ＭＳ ゴシック" w:hAnsi="ＭＳ ゴシック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ヘッダー (文字)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フッター (文字)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見出し 1 (文字)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見出し 2 (文字)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見出し 3 (文字)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表題 (文字)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題 (文字)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(文字)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(文字)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(文字)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マクロ文字列 (文字)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文 (文字)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見出し 4 (文字)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見出し 5 (文字)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見出し 6 (文字)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見出し 7 (文字)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見出し 8 (文字)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見出し 9 (文字)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27">
    <w:name w:val="Intense Quote"/>
    <w:basedOn w:val="a1"/>
    <w:next w:val="a1"/>
    <w:link w:val="2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8">
    <w:name w:val="引用文 2 (文字)"/>
    <w:basedOn w:val="a2"/>
    <w:link w:val="27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29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2a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d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e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2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3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14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15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16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7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2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c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d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2e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2f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2f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2f1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37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8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3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a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3b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3c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d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4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3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4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5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6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7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1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2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3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4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5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6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7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2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63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64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65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66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67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71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2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3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4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83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4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5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6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7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10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10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11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113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5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6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120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4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6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1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32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33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3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35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3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4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1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42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43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4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4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46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taro kasukabe</cp:lastModifiedBy>
  <cp:revision>6</cp:revision>
  <cp:lastPrinted>2026-06-03T07:45:00Z</cp:lastPrinted>
  <dcterms:created xsi:type="dcterms:W3CDTF">2013-12-23T23:15:00Z</dcterms:created>
  <dcterms:modified xsi:type="dcterms:W3CDTF">2026-06-03T07:51:00Z</dcterms:modified>
  <cp:category/>
</cp:coreProperties>
</file>